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596B5A" w14:textId="3B37EDE9" w:rsidR="00130530" w:rsidRDefault="00130530" w:rsidP="00130530">
      <w:pPr>
        <w:pStyle w:val="Tytu"/>
        <w:jc w:val="right"/>
        <w:rPr>
          <w:rFonts w:ascii="Space Grotesk" w:hAnsi="Space Grotesk"/>
          <w:i/>
          <w:iCs/>
          <w:color w:val="auto"/>
          <w:sz w:val="22"/>
          <w:szCs w:val="22"/>
        </w:rPr>
      </w:pPr>
      <w:proofErr w:type="spellStart"/>
      <w:r>
        <w:rPr>
          <w:rFonts w:ascii="Space Grotesk" w:hAnsi="Space Grotesk"/>
          <w:i/>
          <w:iCs/>
          <w:color w:val="auto"/>
          <w:sz w:val="22"/>
          <w:szCs w:val="22"/>
        </w:rPr>
        <w:t>Zał</w:t>
      </w:r>
      <w:proofErr w:type="spellEnd"/>
      <w:r>
        <w:rPr>
          <w:rFonts w:ascii="Space Grotesk" w:hAnsi="Space Grotesk"/>
          <w:i/>
          <w:iCs/>
          <w:color w:val="auto"/>
          <w:sz w:val="22"/>
          <w:szCs w:val="22"/>
        </w:rPr>
        <w:t xml:space="preserve">. nr 1 do </w:t>
      </w:r>
      <w:proofErr w:type="spellStart"/>
      <w:r>
        <w:rPr>
          <w:rFonts w:ascii="Space Grotesk" w:hAnsi="Space Grotesk"/>
          <w:i/>
          <w:iCs/>
          <w:color w:val="auto"/>
          <w:sz w:val="22"/>
          <w:szCs w:val="22"/>
        </w:rPr>
        <w:t>Regulaminu</w:t>
      </w:r>
      <w:proofErr w:type="spellEnd"/>
      <w:r>
        <w:rPr>
          <w:rFonts w:ascii="Space Grotesk" w:hAnsi="Space Grotesk"/>
          <w:i/>
          <w:iCs/>
          <w:color w:val="auto"/>
          <w:sz w:val="22"/>
          <w:szCs w:val="22"/>
        </w:rPr>
        <w:t xml:space="preserve"> </w:t>
      </w:r>
      <w:proofErr w:type="spellStart"/>
      <w:r>
        <w:rPr>
          <w:rFonts w:ascii="Space Grotesk" w:hAnsi="Space Grotesk"/>
          <w:i/>
          <w:iCs/>
          <w:color w:val="auto"/>
          <w:sz w:val="22"/>
          <w:szCs w:val="22"/>
        </w:rPr>
        <w:t>Konkursu</w:t>
      </w:r>
      <w:proofErr w:type="spellEnd"/>
      <w:r>
        <w:rPr>
          <w:rFonts w:ascii="Space Grotesk" w:hAnsi="Space Grotesk"/>
          <w:i/>
          <w:iCs/>
          <w:color w:val="auto"/>
          <w:sz w:val="22"/>
          <w:szCs w:val="22"/>
        </w:rPr>
        <w:t xml:space="preserve"> “</w:t>
      </w:r>
      <w:proofErr w:type="spellStart"/>
      <w:r>
        <w:rPr>
          <w:rFonts w:ascii="Space Grotesk" w:hAnsi="Space Grotesk"/>
          <w:i/>
          <w:iCs/>
          <w:color w:val="auto"/>
          <w:sz w:val="22"/>
          <w:szCs w:val="22"/>
        </w:rPr>
        <w:t>Wesoły</w:t>
      </w:r>
      <w:proofErr w:type="spellEnd"/>
      <w:r>
        <w:rPr>
          <w:rFonts w:ascii="Space Grotesk" w:hAnsi="Space Grotesk"/>
          <w:i/>
          <w:iCs/>
          <w:color w:val="auto"/>
          <w:sz w:val="22"/>
          <w:szCs w:val="22"/>
        </w:rPr>
        <w:t xml:space="preserve"> </w:t>
      </w:r>
      <w:proofErr w:type="spellStart"/>
      <w:r>
        <w:rPr>
          <w:rFonts w:ascii="Space Grotesk" w:hAnsi="Space Grotesk"/>
          <w:i/>
          <w:iCs/>
          <w:color w:val="auto"/>
          <w:sz w:val="22"/>
          <w:szCs w:val="22"/>
        </w:rPr>
        <w:t>Witacz</w:t>
      </w:r>
      <w:proofErr w:type="spellEnd"/>
      <w:r>
        <w:rPr>
          <w:rFonts w:ascii="Space Grotesk" w:hAnsi="Space Grotesk"/>
          <w:i/>
          <w:iCs/>
          <w:color w:val="auto"/>
          <w:sz w:val="22"/>
          <w:szCs w:val="22"/>
        </w:rPr>
        <w:t xml:space="preserve"> </w:t>
      </w:r>
      <w:proofErr w:type="spellStart"/>
      <w:r>
        <w:rPr>
          <w:rFonts w:ascii="Space Grotesk" w:hAnsi="Space Grotesk"/>
          <w:i/>
          <w:iCs/>
          <w:color w:val="auto"/>
          <w:sz w:val="22"/>
          <w:szCs w:val="22"/>
        </w:rPr>
        <w:t>Dożynkowy</w:t>
      </w:r>
      <w:proofErr w:type="spellEnd"/>
      <w:r>
        <w:rPr>
          <w:rFonts w:ascii="Space Grotesk" w:hAnsi="Space Grotesk"/>
          <w:i/>
          <w:iCs/>
          <w:color w:val="auto"/>
          <w:sz w:val="22"/>
          <w:szCs w:val="22"/>
        </w:rPr>
        <w:t xml:space="preserve"> 2025”</w:t>
      </w:r>
    </w:p>
    <w:p w14:paraId="1CAAA4E7" w14:textId="77777777" w:rsidR="00130530" w:rsidRPr="00130530" w:rsidRDefault="00130530" w:rsidP="00130530"/>
    <w:p w14:paraId="12DD6FD1" w14:textId="4E3E83F7" w:rsidR="000C7D0D" w:rsidRPr="00130530" w:rsidRDefault="00000000">
      <w:pPr>
        <w:pStyle w:val="Tytu"/>
        <w:rPr>
          <w:rFonts w:ascii="Space Grotesk" w:hAnsi="Space Grotesk"/>
        </w:rPr>
      </w:pPr>
      <w:r w:rsidRPr="00130530">
        <w:rPr>
          <w:rFonts w:ascii="Space Grotesk" w:hAnsi="Space Grotesk"/>
        </w:rPr>
        <w:t>KARTA ZGŁOSZENIA</w:t>
      </w:r>
    </w:p>
    <w:p w14:paraId="54174D89" w14:textId="1CE3C284" w:rsidR="000C7D0D" w:rsidRPr="00130530" w:rsidRDefault="00000000">
      <w:pPr>
        <w:pStyle w:val="Nagwek1"/>
        <w:rPr>
          <w:rFonts w:ascii="Space Grotesk" w:hAnsi="Space Grotesk"/>
        </w:rPr>
      </w:pPr>
      <w:proofErr w:type="spellStart"/>
      <w:r w:rsidRPr="00130530">
        <w:rPr>
          <w:rFonts w:ascii="Space Grotesk" w:hAnsi="Space Grotesk"/>
        </w:rPr>
        <w:t>do</w:t>
      </w:r>
      <w:proofErr w:type="spellEnd"/>
      <w:r w:rsidRPr="00130530">
        <w:rPr>
          <w:rFonts w:ascii="Space Grotesk" w:hAnsi="Space Grotesk"/>
        </w:rPr>
        <w:t xml:space="preserve"> </w:t>
      </w:r>
      <w:proofErr w:type="spellStart"/>
      <w:r w:rsidRPr="00130530">
        <w:rPr>
          <w:rFonts w:ascii="Space Grotesk" w:hAnsi="Space Grotesk"/>
        </w:rPr>
        <w:t>konkursu</w:t>
      </w:r>
      <w:proofErr w:type="spellEnd"/>
      <w:r w:rsidRPr="00130530">
        <w:rPr>
          <w:rFonts w:ascii="Space Grotesk" w:hAnsi="Space Grotesk"/>
        </w:rPr>
        <w:t xml:space="preserve"> </w:t>
      </w:r>
      <w:proofErr w:type="spellStart"/>
      <w:r w:rsidRPr="00130530">
        <w:rPr>
          <w:rFonts w:ascii="Space Grotesk" w:hAnsi="Space Grotesk"/>
        </w:rPr>
        <w:t>na</w:t>
      </w:r>
      <w:proofErr w:type="spellEnd"/>
      <w:r w:rsidRPr="00130530">
        <w:rPr>
          <w:rFonts w:ascii="Space Grotesk" w:hAnsi="Space Grotesk"/>
        </w:rPr>
        <w:t xml:space="preserve"> „</w:t>
      </w:r>
      <w:proofErr w:type="spellStart"/>
      <w:r w:rsidR="00130530">
        <w:rPr>
          <w:rFonts w:ascii="Space Grotesk" w:hAnsi="Space Grotesk"/>
        </w:rPr>
        <w:t>Wesoły</w:t>
      </w:r>
      <w:proofErr w:type="spellEnd"/>
      <w:r w:rsidR="00130530">
        <w:rPr>
          <w:rFonts w:ascii="Space Grotesk" w:hAnsi="Space Grotesk"/>
        </w:rPr>
        <w:t xml:space="preserve"> </w:t>
      </w:r>
      <w:proofErr w:type="spellStart"/>
      <w:r w:rsidRPr="00130530">
        <w:rPr>
          <w:rFonts w:ascii="Space Grotesk" w:hAnsi="Space Grotesk"/>
        </w:rPr>
        <w:t>Witacz</w:t>
      </w:r>
      <w:proofErr w:type="spellEnd"/>
      <w:r w:rsidRPr="00130530">
        <w:rPr>
          <w:rFonts w:ascii="Space Grotesk" w:hAnsi="Space Grotesk"/>
        </w:rPr>
        <w:t xml:space="preserve"> </w:t>
      </w:r>
      <w:proofErr w:type="spellStart"/>
      <w:r w:rsidRPr="00130530">
        <w:rPr>
          <w:rFonts w:ascii="Space Grotesk" w:hAnsi="Space Grotesk"/>
        </w:rPr>
        <w:t>Dożynkowy</w:t>
      </w:r>
      <w:proofErr w:type="spellEnd"/>
      <w:r w:rsidR="00130530">
        <w:rPr>
          <w:rFonts w:ascii="Space Grotesk" w:hAnsi="Space Grotesk"/>
        </w:rPr>
        <w:t xml:space="preserve"> 2025</w:t>
      </w:r>
      <w:r w:rsidRPr="00130530">
        <w:rPr>
          <w:rFonts w:ascii="Space Grotesk" w:hAnsi="Space Grotesk"/>
        </w:rPr>
        <w:t>”</w:t>
      </w:r>
    </w:p>
    <w:p w14:paraId="1D066BD8" w14:textId="77777777" w:rsidR="000C7D0D" w:rsidRPr="00130530" w:rsidRDefault="00000000">
      <w:pPr>
        <w:rPr>
          <w:rFonts w:ascii="Space Grotesk" w:hAnsi="Space Grotesk"/>
        </w:rPr>
      </w:pPr>
      <w:r w:rsidRPr="00130530">
        <w:rPr>
          <w:rFonts w:ascii="Space Grotesk" w:hAnsi="Space Grotesk"/>
        </w:rPr>
        <w:t>1. Zgłaszający (imię i nazwisko / nazwa organizacji, np. Koło Gospodyń Wiejskich, Rada Sołecka):</w:t>
      </w:r>
    </w:p>
    <w:p w14:paraId="1A64069A" w14:textId="1702FBC1" w:rsidR="000C7D0D" w:rsidRPr="00130530" w:rsidRDefault="00000000">
      <w:pPr>
        <w:rPr>
          <w:rFonts w:ascii="Space Grotesk" w:hAnsi="Space Grotesk"/>
        </w:rPr>
      </w:pPr>
      <w:r w:rsidRPr="00130530">
        <w:rPr>
          <w:rFonts w:ascii="Space Grotesk" w:hAnsi="Space Grotesk"/>
        </w:rPr>
        <w:t>................................................................................</w:t>
      </w:r>
      <w:r w:rsidR="00130530">
        <w:rPr>
          <w:rFonts w:ascii="Space Grotesk" w:hAnsi="Space Grotesk"/>
        </w:rPr>
        <w:t>...........................................................................</w:t>
      </w:r>
    </w:p>
    <w:p w14:paraId="0A5E0037" w14:textId="75C52D04" w:rsidR="000C7D0D" w:rsidRPr="00130530" w:rsidRDefault="00000000">
      <w:pPr>
        <w:rPr>
          <w:rFonts w:ascii="Space Grotesk" w:hAnsi="Space Grotesk"/>
        </w:rPr>
      </w:pPr>
      <w:r w:rsidRPr="00130530">
        <w:rPr>
          <w:rFonts w:ascii="Space Grotesk" w:hAnsi="Space Grotesk"/>
        </w:rPr>
        <w:t>................................................................................</w:t>
      </w:r>
      <w:r w:rsidR="00130530">
        <w:rPr>
          <w:rFonts w:ascii="Space Grotesk" w:hAnsi="Space Grotesk"/>
        </w:rPr>
        <w:t>...........................................................................</w:t>
      </w:r>
    </w:p>
    <w:p w14:paraId="533AEF48" w14:textId="77777777" w:rsidR="000C7D0D" w:rsidRPr="00130530" w:rsidRDefault="00000000">
      <w:pPr>
        <w:rPr>
          <w:rFonts w:ascii="Space Grotesk" w:hAnsi="Space Grotesk"/>
        </w:rPr>
      </w:pPr>
      <w:r w:rsidRPr="00130530">
        <w:rPr>
          <w:rFonts w:ascii="Space Grotesk" w:hAnsi="Space Grotesk"/>
        </w:rPr>
        <w:t>2. Nazwa sołectwa:</w:t>
      </w:r>
    </w:p>
    <w:p w14:paraId="16FA8AEE" w14:textId="7402BB2E" w:rsidR="000C7D0D" w:rsidRPr="00130530" w:rsidRDefault="00000000">
      <w:pPr>
        <w:rPr>
          <w:rFonts w:ascii="Space Grotesk" w:hAnsi="Space Grotesk"/>
        </w:rPr>
      </w:pPr>
      <w:r w:rsidRPr="00130530">
        <w:rPr>
          <w:rFonts w:ascii="Space Grotesk" w:hAnsi="Space Grotesk"/>
        </w:rPr>
        <w:t>................................................................................</w:t>
      </w:r>
      <w:r w:rsidR="00130530">
        <w:rPr>
          <w:rFonts w:ascii="Space Grotesk" w:hAnsi="Space Grotesk"/>
        </w:rPr>
        <w:t>...........................................................................</w:t>
      </w:r>
    </w:p>
    <w:p w14:paraId="24B083E9" w14:textId="77777777" w:rsidR="000C7D0D" w:rsidRPr="00130530" w:rsidRDefault="00000000">
      <w:pPr>
        <w:rPr>
          <w:rFonts w:ascii="Space Grotesk" w:hAnsi="Space Grotesk"/>
        </w:rPr>
      </w:pPr>
      <w:r w:rsidRPr="00130530">
        <w:rPr>
          <w:rFonts w:ascii="Space Grotesk" w:hAnsi="Space Grotesk"/>
        </w:rPr>
        <w:t>3. Miejsce zlokalizowania witacza (dokładny adres lub opis lokalizacji):</w:t>
      </w:r>
    </w:p>
    <w:p w14:paraId="22C14502" w14:textId="01F14D5B" w:rsidR="000C7D0D" w:rsidRPr="00130530" w:rsidRDefault="00000000">
      <w:pPr>
        <w:rPr>
          <w:rFonts w:ascii="Space Grotesk" w:hAnsi="Space Grotesk"/>
        </w:rPr>
      </w:pPr>
      <w:r w:rsidRPr="00130530">
        <w:rPr>
          <w:rFonts w:ascii="Space Grotesk" w:hAnsi="Space Grotesk"/>
        </w:rPr>
        <w:t>................................................................................</w:t>
      </w:r>
      <w:r w:rsidR="00130530">
        <w:rPr>
          <w:rFonts w:ascii="Space Grotesk" w:hAnsi="Space Grotesk"/>
        </w:rPr>
        <w:t>...........................................................................</w:t>
      </w:r>
    </w:p>
    <w:p w14:paraId="6B811C84" w14:textId="2AE229EA" w:rsidR="000C7D0D" w:rsidRPr="00130530" w:rsidRDefault="00000000">
      <w:pPr>
        <w:rPr>
          <w:rFonts w:ascii="Space Grotesk" w:hAnsi="Space Grotesk"/>
        </w:rPr>
      </w:pPr>
      <w:r w:rsidRPr="00130530">
        <w:rPr>
          <w:rFonts w:ascii="Space Grotesk" w:hAnsi="Space Grotesk"/>
        </w:rPr>
        <w:t>................................................................................</w:t>
      </w:r>
      <w:r w:rsidR="00130530">
        <w:rPr>
          <w:rFonts w:ascii="Space Grotesk" w:hAnsi="Space Grotesk"/>
        </w:rPr>
        <w:t>...........................................................................</w:t>
      </w:r>
    </w:p>
    <w:p w14:paraId="2C848F46" w14:textId="77777777" w:rsidR="00130530" w:rsidRDefault="00000000">
      <w:pPr>
        <w:rPr>
          <w:rFonts w:ascii="Space Grotesk" w:hAnsi="Space Grotesk"/>
        </w:rPr>
      </w:pPr>
      <w:r w:rsidRPr="00130530">
        <w:rPr>
          <w:rFonts w:ascii="Space Grotesk" w:hAnsi="Space Grotesk"/>
        </w:rPr>
        <w:br/>
      </w:r>
    </w:p>
    <w:p w14:paraId="671864CE" w14:textId="77777777" w:rsidR="00130530" w:rsidRDefault="00130530">
      <w:pPr>
        <w:rPr>
          <w:rFonts w:ascii="Space Grotesk" w:hAnsi="Space Grotesk"/>
        </w:rPr>
      </w:pPr>
    </w:p>
    <w:p w14:paraId="089ACBC8" w14:textId="583A438E" w:rsidR="00130530" w:rsidRDefault="00130530">
      <w:pPr>
        <w:rPr>
          <w:rFonts w:ascii="Space Grotesk" w:hAnsi="Space Grotesk"/>
        </w:rPr>
      </w:pPr>
      <w:r>
        <w:rPr>
          <w:rFonts w:ascii="Space Grotesk" w:hAnsi="Space Grotesk"/>
        </w:rPr>
        <w:t xml:space="preserve">  </w:t>
      </w:r>
      <w:r w:rsidRPr="00130530">
        <w:rPr>
          <w:rFonts w:ascii="Space Grotesk" w:hAnsi="Space Grotesk"/>
        </w:rPr>
        <w:t xml:space="preserve">Data </w:t>
      </w:r>
      <w:proofErr w:type="spellStart"/>
      <w:r w:rsidRPr="00130530">
        <w:rPr>
          <w:rFonts w:ascii="Space Grotesk" w:hAnsi="Space Grotesk"/>
        </w:rPr>
        <w:t>zgłoszenia</w:t>
      </w:r>
      <w:proofErr w:type="spellEnd"/>
      <w:r w:rsidRPr="00130530">
        <w:rPr>
          <w:rFonts w:ascii="Space Grotesk" w:hAnsi="Space Grotesk"/>
        </w:rPr>
        <w:t xml:space="preserve">: </w:t>
      </w:r>
      <w:r>
        <w:rPr>
          <w:rFonts w:ascii="Space Grotesk" w:hAnsi="Space Grotesk"/>
        </w:rPr>
        <w:t xml:space="preserve">                                                                        </w:t>
      </w:r>
      <w:proofErr w:type="spellStart"/>
      <w:r w:rsidRPr="00130530">
        <w:rPr>
          <w:rFonts w:ascii="Space Grotesk" w:hAnsi="Space Grotesk"/>
        </w:rPr>
        <w:t>Podpis</w:t>
      </w:r>
      <w:proofErr w:type="spellEnd"/>
      <w:r w:rsidRPr="00130530">
        <w:rPr>
          <w:rFonts w:ascii="Space Grotesk" w:hAnsi="Space Grotesk"/>
        </w:rPr>
        <w:t xml:space="preserve"> </w:t>
      </w:r>
      <w:proofErr w:type="spellStart"/>
      <w:r w:rsidRPr="00130530">
        <w:rPr>
          <w:rFonts w:ascii="Space Grotesk" w:hAnsi="Space Grotesk"/>
        </w:rPr>
        <w:t>zgłaszającego</w:t>
      </w:r>
      <w:proofErr w:type="spellEnd"/>
      <w:r w:rsidRPr="00130530">
        <w:rPr>
          <w:rFonts w:ascii="Space Grotesk" w:hAnsi="Space Grotesk"/>
        </w:rPr>
        <w:t>:</w:t>
      </w:r>
    </w:p>
    <w:p w14:paraId="74B6D847" w14:textId="77777777" w:rsidR="00130530" w:rsidRDefault="00130530">
      <w:pPr>
        <w:rPr>
          <w:rFonts w:ascii="Space Grotesk" w:hAnsi="Space Grotesk"/>
        </w:rPr>
      </w:pPr>
    </w:p>
    <w:p w14:paraId="19FB41BD" w14:textId="265E3E60" w:rsidR="00130530" w:rsidRPr="00130530" w:rsidRDefault="00000000" w:rsidP="00130530">
      <w:pPr>
        <w:rPr>
          <w:rFonts w:ascii="Space Grotesk" w:hAnsi="Space Grotesk"/>
        </w:rPr>
      </w:pPr>
      <w:r w:rsidRPr="00130530">
        <w:rPr>
          <w:rFonts w:ascii="Space Grotesk" w:hAnsi="Space Grotesk"/>
        </w:rPr>
        <w:t>........................................</w:t>
      </w:r>
      <w:r w:rsidR="00130530">
        <w:rPr>
          <w:rFonts w:ascii="Space Grotesk" w:hAnsi="Space Grotesk"/>
        </w:rPr>
        <w:t xml:space="preserve">                                                                 </w:t>
      </w:r>
      <w:r w:rsidR="00130530" w:rsidRPr="00130530">
        <w:rPr>
          <w:rFonts w:ascii="Space Grotesk" w:hAnsi="Space Grotesk"/>
        </w:rPr>
        <w:t>...................................</w:t>
      </w:r>
      <w:r w:rsidR="00130530">
        <w:rPr>
          <w:rFonts w:ascii="Space Grotesk" w:hAnsi="Space Grotesk"/>
        </w:rPr>
        <w:t>..............</w:t>
      </w:r>
    </w:p>
    <w:p w14:paraId="532FD609" w14:textId="57159ECA" w:rsidR="000C7D0D" w:rsidRPr="00130530" w:rsidRDefault="000C7D0D">
      <w:pPr>
        <w:rPr>
          <w:rFonts w:ascii="Space Grotesk" w:hAnsi="Space Grotesk"/>
        </w:rPr>
      </w:pPr>
    </w:p>
    <w:p w14:paraId="094A2505" w14:textId="416EB46C" w:rsidR="000C7D0D" w:rsidRDefault="000C7D0D" w:rsidP="00130530">
      <w:pPr>
        <w:pStyle w:val="Listapunktowana"/>
        <w:numPr>
          <w:ilvl w:val="0"/>
          <w:numId w:val="0"/>
        </w:numPr>
        <w:ind w:left="360" w:hanging="360"/>
        <w:rPr>
          <w:rFonts w:ascii="Space Grotesk" w:hAnsi="Space Grotesk"/>
        </w:rPr>
      </w:pPr>
    </w:p>
    <w:p w14:paraId="03831992" w14:textId="77777777" w:rsidR="00EE1930" w:rsidRDefault="00EE1930" w:rsidP="00130530">
      <w:pPr>
        <w:pStyle w:val="Listapunktowana"/>
        <w:numPr>
          <w:ilvl w:val="0"/>
          <w:numId w:val="0"/>
        </w:numPr>
        <w:ind w:left="360" w:hanging="360"/>
        <w:rPr>
          <w:rFonts w:ascii="Space Grotesk" w:hAnsi="Space Grotesk"/>
        </w:rPr>
      </w:pPr>
    </w:p>
    <w:p w14:paraId="4A23291A" w14:textId="77777777" w:rsidR="00EE1930" w:rsidRDefault="00EE1930" w:rsidP="00130530">
      <w:pPr>
        <w:pStyle w:val="Listapunktowana"/>
        <w:numPr>
          <w:ilvl w:val="0"/>
          <w:numId w:val="0"/>
        </w:numPr>
        <w:ind w:left="360" w:hanging="360"/>
        <w:rPr>
          <w:rFonts w:ascii="Space Grotesk" w:hAnsi="Space Grotesk"/>
        </w:rPr>
      </w:pPr>
    </w:p>
    <w:p w14:paraId="2C9E4AC1" w14:textId="77777777" w:rsidR="00EE1930" w:rsidRDefault="00EE1930" w:rsidP="00130530">
      <w:pPr>
        <w:pStyle w:val="Listapunktowana"/>
        <w:numPr>
          <w:ilvl w:val="0"/>
          <w:numId w:val="0"/>
        </w:numPr>
        <w:ind w:left="360" w:hanging="360"/>
        <w:rPr>
          <w:rFonts w:ascii="Space Grotesk" w:hAnsi="Space Grotesk"/>
        </w:rPr>
      </w:pPr>
    </w:p>
    <w:p w14:paraId="47EAA8C9" w14:textId="77777777" w:rsidR="00EE1930" w:rsidRDefault="00EE1930" w:rsidP="00130530">
      <w:pPr>
        <w:pStyle w:val="Listapunktowana"/>
        <w:numPr>
          <w:ilvl w:val="0"/>
          <w:numId w:val="0"/>
        </w:numPr>
        <w:ind w:left="360" w:hanging="360"/>
        <w:rPr>
          <w:rFonts w:ascii="Space Grotesk" w:hAnsi="Space Grotesk"/>
        </w:rPr>
      </w:pPr>
    </w:p>
    <w:p w14:paraId="2197C4AE" w14:textId="77777777" w:rsidR="00EE1930" w:rsidRDefault="00EE1930" w:rsidP="00130530">
      <w:pPr>
        <w:pStyle w:val="Listapunktowana"/>
        <w:numPr>
          <w:ilvl w:val="0"/>
          <w:numId w:val="0"/>
        </w:numPr>
        <w:ind w:left="360" w:hanging="360"/>
        <w:rPr>
          <w:rFonts w:ascii="Space Grotesk" w:hAnsi="Space Grotesk"/>
        </w:rPr>
      </w:pPr>
    </w:p>
    <w:p w14:paraId="443D1CB4" w14:textId="77777777" w:rsidR="00EE1930" w:rsidRPr="00EE1930" w:rsidRDefault="00EE1930" w:rsidP="00EE1930">
      <w:pPr>
        <w:spacing w:after="0" w:line="240" w:lineRule="auto"/>
        <w:jc w:val="center"/>
        <w:rPr>
          <w:rFonts w:ascii="Space Grotesk" w:eastAsia="Times New Roman" w:hAnsi="Space Grotesk" w:cstheme="minorHAnsi"/>
          <w:b/>
          <w:sz w:val="20"/>
          <w:szCs w:val="20"/>
        </w:rPr>
      </w:pPr>
      <w:r w:rsidRPr="00EE1930">
        <w:rPr>
          <w:rFonts w:ascii="Space Grotesk" w:eastAsia="Times New Roman" w:hAnsi="Space Grotesk" w:cstheme="minorHAnsi"/>
          <w:b/>
          <w:sz w:val="20"/>
          <w:szCs w:val="20"/>
        </w:rPr>
        <w:lastRenderedPageBreak/>
        <w:t>KLAUZULA INFORMACYJNA</w:t>
      </w:r>
    </w:p>
    <w:p w14:paraId="7782EDFE" w14:textId="6E715439" w:rsidR="00EE1930" w:rsidRPr="00EE1930" w:rsidRDefault="003B6FE6" w:rsidP="00EE1930">
      <w:pPr>
        <w:spacing w:after="0" w:line="240" w:lineRule="auto"/>
        <w:jc w:val="center"/>
        <w:rPr>
          <w:rFonts w:ascii="Space Grotesk" w:eastAsia="Times New Roman" w:hAnsi="Space Grotesk" w:cstheme="minorHAnsi"/>
          <w:b/>
          <w:sz w:val="20"/>
          <w:szCs w:val="20"/>
        </w:rPr>
      </w:pPr>
      <w:r>
        <w:rPr>
          <w:rFonts w:ascii="Space Grotesk" w:eastAsia="Times New Roman" w:hAnsi="Space Grotesk" w:cstheme="minorHAnsi"/>
          <w:b/>
          <w:sz w:val="20"/>
          <w:szCs w:val="20"/>
        </w:rPr>
        <w:t>DO KONKURSU “WESOŁY WITACZ DOŻYNKOWY 2025”</w:t>
      </w:r>
    </w:p>
    <w:p w14:paraId="5F9ECD3E" w14:textId="77777777" w:rsidR="00AB4F1E" w:rsidRPr="00AB4F1E" w:rsidRDefault="00AB4F1E" w:rsidP="00AB4F1E">
      <w:pPr>
        <w:shd w:val="clear" w:color="auto" w:fill="FFFFFF"/>
        <w:suppressAutoHyphens/>
        <w:spacing w:after="0" w:line="240" w:lineRule="auto"/>
        <w:ind w:left="708" w:hanging="282"/>
        <w:jc w:val="both"/>
        <w:rPr>
          <w:rFonts w:ascii="Space Grotesk" w:eastAsia="Times New Roman" w:hAnsi="Space Grotesk" w:cstheme="minorHAnsi"/>
          <w:sz w:val="20"/>
          <w:szCs w:val="20"/>
          <w:lang w:val="pl-PL"/>
        </w:rPr>
      </w:pPr>
    </w:p>
    <w:p w14:paraId="6A349A5D" w14:textId="77777777" w:rsidR="00AB4F1E" w:rsidRPr="00AB4F1E" w:rsidRDefault="00AB4F1E" w:rsidP="00AB4F1E">
      <w:pPr>
        <w:shd w:val="clear" w:color="auto" w:fill="FFFFFF"/>
        <w:suppressAutoHyphens/>
        <w:spacing w:after="0" w:line="240" w:lineRule="auto"/>
        <w:ind w:left="708" w:hanging="282"/>
        <w:jc w:val="both"/>
        <w:rPr>
          <w:rFonts w:ascii="Space Grotesk" w:eastAsia="Times New Roman" w:hAnsi="Space Grotesk" w:cstheme="minorHAnsi"/>
          <w:sz w:val="20"/>
          <w:szCs w:val="20"/>
          <w:lang w:val="pl-PL"/>
        </w:rPr>
      </w:pPr>
      <w:r w:rsidRPr="00AB4F1E">
        <w:rPr>
          <w:rFonts w:ascii="Space Grotesk" w:eastAsia="Times New Roman" w:hAnsi="Space Grotesk" w:cstheme="minorHAnsi"/>
          <w:sz w:val="20"/>
          <w:szCs w:val="20"/>
          <w:lang w:val="pl-PL"/>
        </w:rPr>
        <w:t>Na podstawie art. 13 Rozporządzenia Parlamentu Europejskiego i Rady (UE) 2016/679 z dnia 27 kwietnia 2016 r. w sprawie ochrony osób fizycznych w związku z przetwarzaniem danych osobowych i w sprawie swobodnego przepływu takich danych oraz uchylenia dyrektywy 95/46/WE (ogólne rozporządzenie</w:t>
      </w:r>
      <w:r w:rsidRPr="00AB4F1E">
        <w:rPr>
          <w:rFonts w:ascii="Space Grotesk" w:eastAsia="Times New Roman" w:hAnsi="Space Grotesk" w:cstheme="minorHAnsi"/>
          <w:sz w:val="20"/>
          <w:szCs w:val="20"/>
          <w:lang w:val="pl-PL"/>
        </w:rPr>
        <w:br/>
        <w:t xml:space="preserve"> o ochronie danych), </w:t>
      </w:r>
      <w:proofErr w:type="spellStart"/>
      <w:r w:rsidRPr="00AB4F1E">
        <w:rPr>
          <w:rFonts w:ascii="Space Grotesk" w:eastAsia="Times New Roman" w:hAnsi="Space Grotesk" w:cstheme="minorHAnsi"/>
          <w:sz w:val="20"/>
          <w:szCs w:val="20"/>
          <w:lang w:val="pl-PL"/>
        </w:rPr>
        <w:t>publ</w:t>
      </w:r>
      <w:proofErr w:type="spellEnd"/>
      <w:r w:rsidRPr="00AB4F1E">
        <w:rPr>
          <w:rFonts w:ascii="Space Grotesk" w:eastAsia="Times New Roman" w:hAnsi="Space Grotesk" w:cstheme="minorHAnsi"/>
          <w:sz w:val="20"/>
          <w:szCs w:val="20"/>
          <w:lang w:val="pl-PL"/>
        </w:rPr>
        <w:t>. Dz. Urz. UE L Nr 119, s. 1 informuje się, że:</w:t>
      </w:r>
    </w:p>
    <w:p w14:paraId="7F12CFA0" w14:textId="77777777" w:rsidR="00AB4F1E" w:rsidRPr="00AB4F1E" w:rsidRDefault="00AB4F1E" w:rsidP="00AB4F1E">
      <w:pPr>
        <w:shd w:val="clear" w:color="auto" w:fill="FFFFFF"/>
        <w:suppressAutoHyphens/>
        <w:spacing w:after="0" w:line="240" w:lineRule="auto"/>
        <w:ind w:left="708" w:hanging="282"/>
        <w:jc w:val="both"/>
        <w:rPr>
          <w:rFonts w:ascii="Space Grotesk" w:eastAsia="Times New Roman" w:hAnsi="Space Grotesk" w:cstheme="minorHAnsi"/>
          <w:sz w:val="20"/>
          <w:szCs w:val="20"/>
          <w:lang w:val="pl-PL"/>
        </w:rPr>
      </w:pPr>
      <w:r w:rsidRPr="00AB4F1E">
        <w:rPr>
          <w:rFonts w:ascii="Space Grotesk" w:eastAsia="Times New Roman" w:hAnsi="Space Grotesk" w:cstheme="minorHAnsi"/>
          <w:sz w:val="20"/>
          <w:szCs w:val="20"/>
          <w:lang w:val="pl-PL"/>
        </w:rPr>
        <w:t xml:space="preserve">1)  administratorem Pani/Pana danych lub danych osoby dla, której jest Pan/Pani rodzicem/opiekunem prawnym jest Wójt Gminy Potęgowo, z siedzibą  w Urzędzie Gminy Potęgowo, ul. Kościuszki 5, </w:t>
      </w:r>
      <w:r w:rsidRPr="00AB4F1E">
        <w:rPr>
          <w:rFonts w:ascii="Space Grotesk" w:eastAsia="Times New Roman" w:hAnsi="Space Grotesk" w:cstheme="minorHAnsi"/>
          <w:sz w:val="20"/>
          <w:szCs w:val="20"/>
          <w:lang w:val="pl-PL"/>
        </w:rPr>
        <w:br/>
        <w:t>76-230 Potęgowo, tel. 598115072, e-mail: sekretariat@potegowo.pl;</w:t>
      </w:r>
    </w:p>
    <w:p w14:paraId="0FB43845" w14:textId="569E08BB" w:rsidR="00AB4F1E" w:rsidRPr="00AB4F1E" w:rsidRDefault="00AB4F1E" w:rsidP="00AB4F1E">
      <w:pPr>
        <w:shd w:val="clear" w:color="auto" w:fill="FFFFFF"/>
        <w:suppressAutoHyphens/>
        <w:spacing w:after="0" w:line="240" w:lineRule="auto"/>
        <w:ind w:left="708" w:hanging="282"/>
        <w:jc w:val="both"/>
        <w:rPr>
          <w:rFonts w:ascii="Space Grotesk" w:eastAsia="Times New Roman" w:hAnsi="Space Grotesk" w:cstheme="minorHAnsi"/>
          <w:sz w:val="20"/>
          <w:szCs w:val="20"/>
          <w:lang w:val="pl-PL"/>
        </w:rPr>
      </w:pPr>
      <w:r w:rsidRPr="00AB4F1E">
        <w:rPr>
          <w:rFonts w:ascii="Space Grotesk" w:eastAsia="Times New Roman" w:hAnsi="Space Grotesk" w:cstheme="minorHAnsi"/>
          <w:sz w:val="20"/>
          <w:szCs w:val="20"/>
          <w:lang w:val="pl-PL"/>
        </w:rPr>
        <w:t xml:space="preserve">2)  w sprawach z zakresu ochrony danych osobowych może Pani/Pan kontaktować się z Inspektorem Ochrony Danych Urzędu Gminy, e-mail </w:t>
      </w:r>
      <w:hyperlink r:id="rId6" w:history="1">
        <w:r w:rsidRPr="00AB4F1E">
          <w:rPr>
            <w:rStyle w:val="Hipercze"/>
            <w:rFonts w:ascii="Space Grotesk" w:eastAsia="Times New Roman" w:hAnsi="Space Grotesk" w:cstheme="minorHAnsi"/>
            <w:sz w:val="20"/>
            <w:szCs w:val="20"/>
            <w:lang w:val="pl-PL"/>
          </w:rPr>
          <w:t>iod@potegowo.pl</w:t>
        </w:r>
      </w:hyperlink>
    </w:p>
    <w:p w14:paraId="0FDF6E62" w14:textId="2216C061" w:rsidR="00AB4F1E" w:rsidRPr="00AB4F1E" w:rsidRDefault="00AB4F1E" w:rsidP="00AB4F1E">
      <w:pPr>
        <w:shd w:val="clear" w:color="auto" w:fill="FFFFFF"/>
        <w:suppressAutoHyphens/>
        <w:spacing w:after="0" w:line="240" w:lineRule="auto"/>
        <w:ind w:left="708" w:hanging="282"/>
        <w:jc w:val="both"/>
        <w:rPr>
          <w:rFonts w:ascii="Space Grotesk" w:eastAsia="Times New Roman" w:hAnsi="Space Grotesk" w:cstheme="minorHAnsi"/>
          <w:sz w:val="20"/>
          <w:szCs w:val="20"/>
          <w:lang w:val="pl-PL"/>
        </w:rPr>
      </w:pPr>
      <w:r w:rsidRPr="00AB4F1E">
        <w:rPr>
          <w:rFonts w:ascii="Space Grotesk" w:eastAsia="Times New Roman" w:hAnsi="Space Grotesk" w:cstheme="minorHAnsi"/>
          <w:sz w:val="20"/>
          <w:szCs w:val="20"/>
          <w:lang w:val="pl-PL"/>
        </w:rPr>
        <w:t xml:space="preserve">3) </w:t>
      </w:r>
      <w:r w:rsidRPr="00AB4F1E">
        <w:rPr>
          <w:rFonts w:ascii="Space Grotesk" w:eastAsia="Times New Roman" w:hAnsi="Space Grotesk" w:cstheme="minorHAnsi"/>
          <w:sz w:val="20"/>
          <w:szCs w:val="20"/>
          <w:lang w:val="pl-PL"/>
        </w:rPr>
        <w:tab/>
        <w:t xml:space="preserve">Pani/Pana dane osobowe będą przetwarzane w celu </w:t>
      </w:r>
      <w:r w:rsidR="008C4E9D">
        <w:rPr>
          <w:rFonts w:ascii="Space Grotesk" w:eastAsia="Times New Roman" w:hAnsi="Space Grotesk" w:cstheme="minorHAnsi"/>
          <w:sz w:val="20"/>
          <w:szCs w:val="20"/>
          <w:lang w:val="pl-PL"/>
        </w:rPr>
        <w:t>organizacji konkursu na „Wesoły Witacz Dożynkowy 2025”.</w:t>
      </w:r>
    </w:p>
    <w:p w14:paraId="099A6BBD" w14:textId="77777777" w:rsidR="00AB4F1E" w:rsidRPr="00AB4F1E" w:rsidRDefault="00AB4F1E" w:rsidP="00AB4F1E">
      <w:pPr>
        <w:shd w:val="clear" w:color="auto" w:fill="FFFFFF"/>
        <w:suppressAutoHyphens/>
        <w:spacing w:after="0" w:line="240" w:lineRule="auto"/>
        <w:ind w:left="708" w:hanging="282"/>
        <w:jc w:val="both"/>
        <w:rPr>
          <w:rFonts w:ascii="Space Grotesk" w:eastAsia="Times New Roman" w:hAnsi="Space Grotesk" w:cstheme="minorHAnsi"/>
          <w:sz w:val="20"/>
          <w:szCs w:val="20"/>
          <w:lang w:val="pl-PL"/>
        </w:rPr>
      </w:pPr>
      <w:r w:rsidRPr="00AB4F1E">
        <w:rPr>
          <w:rFonts w:ascii="Space Grotesk" w:eastAsia="Times New Roman" w:hAnsi="Space Grotesk" w:cstheme="minorHAnsi"/>
          <w:sz w:val="20"/>
          <w:szCs w:val="20"/>
          <w:lang w:val="pl-PL"/>
        </w:rPr>
        <w:t xml:space="preserve">4) </w:t>
      </w:r>
      <w:r w:rsidRPr="00AB4F1E">
        <w:rPr>
          <w:rFonts w:ascii="Space Grotesk" w:eastAsia="Times New Roman" w:hAnsi="Space Grotesk" w:cstheme="minorHAnsi"/>
          <w:sz w:val="20"/>
          <w:szCs w:val="20"/>
          <w:lang w:val="pl-PL"/>
        </w:rPr>
        <w:tab/>
        <w:t>dane osobowe będą przetwarzane przez okres niezbędny do realizacji ww. celu z uwzględnieniem okresów przechowywania określonych w przepisach odrębnych, w tym przepisów archiwalnych;</w:t>
      </w:r>
    </w:p>
    <w:p w14:paraId="0423E5BD" w14:textId="77777777" w:rsidR="00AB4F1E" w:rsidRPr="00AB4F1E" w:rsidRDefault="00AB4F1E" w:rsidP="00AB4F1E">
      <w:pPr>
        <w:shd w:val="clear" w:color="auto" w:fill="FFFFFF"/>
        <w:suppressAutoHyphens/>
        <w:spacing w:after="0" w:line="240" w:lineRule="auto"/>
        <w:ind w:left="708" w:hanging="282"/>
        <w:jc w:val="both"/>
        <w:rPr>
          <w:rFonts w:ascii="Space Grotesk" w:eastAsia="Times New Roman" w:hAnsi="Space Grotesk" w:cstheme="minorHAnsi"/>
          <w:sz w:val="20"/>
          <w:szCs w:val="20"/>
          <w:lang w:val="pl-PL"/>
        </w:rPr>
      </w:pPr>
      <w:r w:rsidRPr="00AB4F1E">
        <w:rPr>
          <w:rFonts w:ascii="Space Grotesk" w:eastAsia="Times New Roman" w:hAnsi="Space Grotesk" w:cstheme="minorHAnsi"/>
          <w:sz w:val="20"/>
          <w:szCs w:val="20"/>
          <w:lang w:val="pl-PL"/>
        </w:rPr>
        <w:t>5)  podstawą prawną przetwarzania danych jest art. 6 ust. 1 lit. a) ww. Rozporządzenia;</w:t>
      </w:r>
    </w:p>
    <w:p w14:paraId="70314059" w14:textId="77777777" w:rsidR="00AB4F1E" w:rsidRPr="00AB4F1E" w:rsidRDefault="00AB4F1E" w:rsidP="00AB4F1E">
      <w:pPr>
        <w:shd w:val="clear" w:color="auto" w:fill="FFFFFF"/>
        <w:suppressAutoHyphens/>
        <w:spacing w:after="0" w:line="240" w:lineRule="auto"/>
        <w:ind w:left="708" w:hanging="282"/>
        <w:jc w:val="both"/>
        <w:rPr>
          <w:rFonts w:ascii="Space Grotesk" w:eastAsia="Times New Roman" w:hAnsi="Space Grotesk" w:cstheme="minorHAnsi"/>
          <w:sz w:val="20"/>
          <w:szCs w:val="20"/>
          <w:lang w:val="pl-PL"/>
        </w:rPr>
      </w:pPr>
      <w:r w:rsidRPr="00AB4F1E">
        <w:rPr>
          <w:rFonts w:ascii="Space Grotesk" w:eastAsia="Times New Roman" w:hAnsi="Space Grotesk" w:cstheme="minorHAnsi"/>
          <w:sz w:val="20"/>
          <w:szCs w:val="20"/>
          <w:lang w:val="pl-PL"/>
        </w:rPr>
        <w:t>6)  odbiorcami Pani/Pana danych będą podmioty, które na podstawie zawartych umów przetwarzają dane osobowe w imieniu Administratora w tym podmiotom dokonującym oceny, ekspertyzy, jak również podmiotom zaangażowanym, w szczególności w: proces audytu, ewaluacji i kontroli w związku z realizacją zadań wynikających m.in. z: rozporządzenia ogólnego i ustawy wdrożeniowej oraz umowy dotacji;</w:t>
      </w:r>
    </w:p>
    <w:p w14:paraId="2C7E9B7B" w14:textId="77777777" w:rsidR="00AB4F1E" w:rsidRPr="00AB4F1E" w:rsidRDefault="00AB4F1E" w:rsidP="00AB4F1E">
      <w:pPr>
        <w:shd w:val="clear" w:color="auto" w:fill="FFFFFF"/>
        <w:suppressAutoHyphens/>
        <w:spacing w:after="0" w:line="240" w:lineRule="auto"/>
        <w:ind w:left="708" w:hanging="282"/>
        <w:jc w:val="both"/>
        <w:rPr>
          <w:rFonts w:ascii="Space Grotesk" w:eastAsia="Times New Roman" w:hAnsi="Space Grotesk" w:cstheme="minorHAnsi"/>
          <w:sz w:val="20"/>
          <w:szCs w:val="20"/>
          <w:lang w:val="pl-PL"/>
        </w:rPr>
      </w:pPr>
      <w:r w:rsidRPr="00AB4F1E">
        <w:rPr>
          <w:rFonts w:ascii="Space Grotesk" w:eastAsia="Times New Roman" w:hAnsi="Space Grotesk" w:cstheme="minorHAnsi"/>
          <w:sz w:val="20"/>
          <w:szCs w:val="20"/>
          <w:lang w:val="pl-PL"/>
        </w:rPr>
        <w:t>7) dane osobowe przetwarzane w zbiorze danych osobowych nie będą przekazywane do państwa trzeciego ani do organizacji międzynarodowych</w:t>
      </w:r>
    </w:p>
    <w:p w14:paraId="101F8EFC" w14:textId="77777777" w:rsidR="00AB4F1E" w:rsidRPr="00AB4F1E" w:rsidRDefault="00AB4F1E" w:rsidP="00AB4F1E">
      <w:pPr>
        <w:shd w:val="clear" w:color="auto" w:fill="FFFFFF"/>
        <w:suppressAutoHyphens/>
        <w:spacing w:after="0" w:line="240" w:lineRule="auto"/>
        <w:ind w:left="708" w:hanging="282"/>
        <w:jc w:val="both"/>
        <w:rPr>
          <w:rFonts w:ascii="Space Grotesk" w:eastAsia="Times New Roman" w:hAnsi="Space Grotesk" w:cstheme="minorHAnsi"/>
          <w:sz w:val="20"/>
          <w:szCs w:val="20"/>
          <w:lang w:val="pl-PL"/>
        </w:rPr>
      </w:pPr>
      <w:r w:rsidRPr="00AB4F1E">
        <w:rPr>
          <w:rFonts w:ascii="Space Grotesk" w:eastAsia="Times New Roman" w:hAnsi="Space Grotesk" w:cstheme="minorHAnsi"/>
          <w:sz w:val="20"/>
          <w:szCs w:val="20"/>
          <w:lang w:val="pl-PL"/>
        </w:rPr>
        <w:t>8) osoba, której dane dotyczą ma prawo do:</w:t>
      </w:r>
    </w:p>
    <w:p w14:paraId="25BD1019" w14:textId="77777777" w:rsidR="00AB4F1E" w:rsidRPr="00AB4F1E" w:rsidRDefault="00AB4F1E" w:rsidP="00AB4F1E">
      <w:pPr>
        <w:shd w:val="clear" w:color="auto" w:fill="FFFFFF"/>
        <w:suppressAutoHyphens/>
        <w:spacing w:after="0" w:line="240" w:lineRule="auto"/>
        <w:ind w:left="708" w:hanging="282"/>
        <w:jc w:val="both"/>
        <w:rPr>
          <w:rFonts w:ascii="Space Grotesk" w:eastAsia="Times New Roman" w:hAnsi="Space Grotesk" w:cstheme="minorHAnsi"/>
          <w:sz w:val="20"/>
          <w:szCs w:val="20"/>
          <w:lang w:val="pl-PL"/>
        </w:rPr>
      </w:pPr>
      <w:r w:rsidRPr="00AB4F1E">
        <w:rPr>
          <w:rFonts w:ascii="Space Grotesk" w:eastAsia="Times New Roman" w:hAnsi="Space Grotesk" w:cstheme="minorHAnsi"/>
          <w:sz w:val="20"/>
          <w:szCs w:val="20"/>
          <w:lang w:val="pl-PL"/>
        </w:rPr>
        <w:t xml:space="preserve">a) dostępu do treści swoich danych oraz możliwości ich poprawiania, sprostowania, ograniczenia przetwarzania, a także – w przypadkach przewidzianych prawem – prawo do usunięcia danych </w:t>
      </w:r>
      <w:r w:rsidRPr="00AB4F1E">
        <w:rPr>
          <w:rFonts w:ascii="Space Grotesk" w:eastAsia="Times New Roman" w:hAnsi="Space Grotesk" w:cstheme="minorHAnsi"/>
          <w:sz w:val="20"/>
          <w:szCs w:val="20"/>
          <w:lang w:val="pl-PL"/>
        </w:rPr>
        <w:br/>
        <w:t>i prawo do wniesienia sprzeciwu wobec przetwarzania danych,</w:t>
      </w:r>
    </w:p>
    <w:p w14:paraId="611F4B8C" w14:textId="77777777" w:rsidR="00AB4F1E" w:rsidRPr="00AB4F1E" w:rsidRDefault="00AB4F1E" w:rsidP="00AB4F1E">
      <w:pPr>
        <w:shd w:val="clear" w:color="auto" w:fill="FFFFFF"/>
        <w:suppressAutoHyphens/>
        <w:spacing w:after="0" w:line="240" w:lineRule="auto"/>
        <w:ind w:left="708" w:hanging="282"/>
        <w:jc w:val="both"/>
        <w:rPr>
          <w:rFonts w:ascii="Space Grotesk" w:eastAsia="Times New Roman" w:hAnsi="Space Grotesk" w:cstheme="minorHAnsi"/>
          <w:sz w:val="20"/>
          <w:szCs w:val="20"/>
          <w:lang w:val="pl-PL"/>
        </w:rPr>
      </w:pPr>
      <w:r w:rsidRPr="00AB4F1E">
        <w:rPr>
          <w:rFonts w:ascii="Space Grotesk" w:eastAsia="Times New Roman" w:hAnsi="Space Grotesk" w:cstheme="minorHAnsi"/>
          <w:sz w:val="20"/>
          <w:szCs w:val="20"/>
          <w:lang w:val="pl-PL"/>
        </w:rPr>
        <w:t xml:space="preserve">b) wniesienia skargi do organu nadzorczego w przypadku gdy przetwarzanie danych odbywa się </w:t>
      </w:r>
      <w:r w:rsidRPr="00AB4F1E">
        <w:rPr>
          <w:rFonts w:ascii="Space Grotesk" w:eastAsia="Times New Roman" w:hAnsi="Space Grotesk" w:cstheme="minorHAnsi"/>
          <w:sz w:val="20"/>
          <w:szCs w:val="20"/>
          <w:lang w:val="pl-PL"/>
        </w:rPr>
        <w:br/>
        <w:t>z naruszeniem przepisów powyższego rozporządzenia tj. Prezesa Ochrony Danych Osobowych, ul. Stawki 2, 00-193 Warszawa;</w:t>
      </w:r>
    </w:p>
    <w:p w14:paraId="08A22A1B" w14:textId="77777777" w:rsidR="00AB4F1E" w:rsidRPr="00AB4F1E" w:rsidRDefault="00AB4F1E" w:rsidP="00AB4F1E">
      <w:pPr>
        <w:shd w:val="clear" w:color="auto" w:fill="FFFFFF"/>
        <w:suppressAutoHyphens/>
        <w:spacing w:after="0" w:line="240" w:lineRule="auto"/>
        <w:ind w:left="708" w:hanging="282"/>
        <w:jc w:val="both"/>
        <w:rPr>
          <w:rFonts w:ascii="Space Grotesk" w:eastAsia="Times New Roman" w:hAnsi="Space Grotesk" w:cstheme="minorHAnsi"/>
          <w:sz w:val="20"/>
          <w:szCs w:val="20"/>
          <w:lang w:val="pl-PL"/>
        </w:rPr>
      </w:pPr>
      <w:r w:rsidRPr="00AB4F1E">
        <w:rPr>
          <w:rFonts w:ascii="Space Grotesk" w:eastAsia="Times New Roman" w:hAnsi="Space Grotesk" w:cstheme="minorHAnsi"/>
          <w:sz w:val="20"/>
          <w:szCs w:val="20"/>
          <w:lang w:val="pl-PL"/>
        </w:rPr>
        <w:t>9) na podstawie art. 17 ust. 3 lit. b i d RODO, zgodnie z którym nie jest możliwe usunięcie danych      osobowych niezbędnych, w szczególności do:</w:t>
      </w:r>
    </w:p>
    <w:p w14:paraId="50360508" w14:textId="77777777" w:rsidR="00AB4F1E" w:rsidRPr="00AB4F1E" w:rsidRDefault="00AB4F1E" w:rsidP="00AB4F1E">
      <w:pPr>
        <w:shd w:val="clear" w:color="auto" w:fill="FFFFFF"/>
        <w:suppressAutoHyphens/>
        <w:spacing w:after="0" w:line="240" w:lineRule="auto"/>
        <w:ind w:left="708" w:hanging="282"/>
        <w:jc w:val="both"/>
        <w:rPr>
          <w:rFonts w:ascii="Space Grotesk" w:eastAsia="Times New Roman" w:hAnsi="Space Grotesk" w:cstheme="minorHAnsi"/>
          <w:sz w:val="20"/>
          <w:szCs w:val="20"/>
          <w:lang w:val="pl-PL"/>
        </w:rPr>
      </w:pPr>
      <w:r w:rsidRPr="00AB4F1E">
        <w:rPr>
          <w:rFonts w:ascii="Space Grotesk" w:eastAsia="Times New Roman" w:hAnsi="Space Grotesk" w:cstheme="minorHAnsi"/>
          <w:sz w:val="20"/>
          <w:szCs w:val="20"/>
          <w:lang w:val="pl-PL"/>
        </w:rPr>
        <w:t xml:space="preserve">a)  wywiązania się z prawnego obowiązku wymagającego przetwarzania na mocy prawa Unii lub prawa państwa członkowskiego; </w:t>
      </w:r>
    </w:p>
    <w:p w14:paraId="436BD8BA" w14:textId="77777777" w:rsidR="00AB4F1E" w:rsidRPr="00AB4F1E" w:rsidRDefault="00AB4F1E" w:rsidP="00AB4F1E">
      <w:pPr>
        <w:shd w:val="clear" w:color="auto" w:fill="FFFFFF"/>
        <w:suppressAutoHyphens/>
        <w:spacing w:after="0" w:line="240" w:lineRule="auto"/>
        <w:ind w:left="708" w:hanging="282"/>
        <w:jc w:val="both"/>
        <w:rPr>
          <w:rFonts w:ascii="Space Grotesk" w:eastAsia="Times New Roman" w:hAnsi="Space Grotesk" w:cstheme="minorHAnsi"/>
          <w:sz w:val="20"/>
          <w:szCs w:val="20"/>
          <w:lang w:val="pl-PL"/>
        </w:rPr>
      </w:pPr>
      <w:r w:rsidRPr="00AB4F1E">
        <w:rPr>
          <w:rFonts w:ascii="Space Grotesk" w:eastAsia="Times New Roman" w:hAnsi="Space Grotesk" w:cstheme="minorHAnsi"/>
          <w:sz w:val="20"/>
          <w:szCs w:val="20"/>
          <w:lang w:val="pl-PL"/>
        </w:rPr>
        <w:t>b)  celów archiwalnych w interesie publicznym: - jak również mając na uwadze cel i podstawę prawną przetwarzania danych w ramach projektu, osobie której dane są przetwarzane nie przysługuje prawo do usunięcia albo przenoszenia tych danych</w:t>
      </w:r>
    </w:p>
    <w:p w14:paraId="1B6622BA" w14:textId="77777777" w:rsidR="00AB4F1E" w:rsidRPr="00AB4F1E" w:rsidRDefault="00AB4F1E" w:rsidP="00AB4F1E">
      <w:pPr>
        <w:shd w:val="clear" w:color="auto" w:fill="FFFFFF"/>
        <w:suppressAutoHyphens/>
        <w:spacing w:after="0" w:line="240" w:lineRule="auto"/>
        <w:ind w:left="708" w:hanging="282"/>
        <w:jc w:val="both"/>
        <w:rPr>
          <w:rFonts w:ascii="Space Grotesk" w:eastAsia="Times New Roman" w:hAnsi="Space Grotesk" w:cstheme="minorHAnsi"/>
          <w:sz w:val="20"/>
          <w:szCs w:val="20"/>
          <w:lang w:val="pl-PL"/>
        </w:rPr>
      </w:pPr>
      <w:r w:rsidRPr="00AB4F1E">
        <w:rPr>
          <w:rFonts w:ascii="Space Grotesk" w:eastAsia="Times New Roman" w:hAnsi="Space Grotesk" w:cstheme="minorHAnsi"/>
          <w:sz w:val="20"/>
          <w:szCs w:val="20"/>
          <w:lang w:val="pl-PL"/>
        </w:rPr>
        <w:t>10) w związku z przetwarzaniem Pani/Pana danych osobowych nie podlega Pan/Pani decyzjom, które się opierają wyłącznie na zautomatyzowanym przetwarzaniu, w tym profilowaniu, o czym stanowi art. 22 ogólnego rozporządzenia o ochronie danych osobowych.</w:t>
      </w:r>
    </w:p>
    <w:p w14:paraId="4E919E46" w14:textId="77777777" w:rsidR="00EE1930" w:rsidRDefault="00EE1930" w:rsidP="00EE1930">
      <w:pPr>
        <w:shd w:val="clear" w:color="auto" w:fill="FFFFFF"/>
        <w:suppressAutoHyphens/>
        <w:spacing w:after="0" w:line="240" w:lineRule="auto"/>
        <w:ind w:left="708" w:hanging="282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14:paraId="6152E58C" w14:textId="5DDF197C" w:rsidR="00EE1930" w:rsidRPr="00EE1930" w:rsidRDefault="00EE1930" w:rsidP="008C4E9D">
      <w:pPr>
        <w:shd w:val="clear" w:color="auto" w:fill="FFFFFF"/>
        <w:suppressAutoHyphens/>
        <w:spacing w:after="0" w:line="240" w:lineRule="auto"/>
        <w:ind w:left="708" w:hanging="282"/>
        <w:jc w:val="both"/>
        <w:rPr>
          <w:rFonts w:ascii="Space Grotesk" w:eastAsia="Times New Roman" w:hAnsi="Space Grotesk" w:cstheme="minorHAnsi"/>
          <w:sz w:val="20"/>
          <w:szCs w:val="20"/>
          <w:lang w:eastAsia="ar-SA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                                                                                           </w:t>
      </w:r>
    </w:p>
    <w:sectPr w:rsidR="00EE1930" w:rsidRPr="00EE1930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pace Grotesk">
    <w:panose1 w:val="00000000000000000000"/>
    <w:charset w:val="EE"/>
    <w:family w:val="auto"/>
    <w:pitch w:val="variable"/>
    <w:sig w:usb0="A10000FF" w:usb1="5000207B" w:usb2="00000000" w:usb3="00000000" w:csb0="000001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44ED0DA6"/>
    <w:multiLevelType w:val="multilevel"/>
    <w:tmpl w:val="8FEE3B1A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B9C4901"/>
    <w:multiLevelType w:val="multilevel"/>
    <w:tmpl w:val="6FBE346A"/>
    <w:lvl w:ilvl="0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)"/>
      <w:lvlJc w:val="left"/>
      <w:pPr>
        <w:ind w:left="1440" w:hanging="360"/>
      </w:pPr>
      <w:rPr>
        <w:b w:val="0"/>
        <w:color w:val="auto"/>
      </w:rPr>
    </w:lvl>
    <w:lvl w:ilvl="2">
      <w:start w:val="1"/>
      <w:numFmt w:val="lowerLetter"/>
      <w:lvlText w:val="%3)"/>
      <w:lvlJc w:val="left"/>
      <w:pPr>
        <w:ind w:left="234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704595959">
    <w:abstractNumId w:val="8"/>
  </w:num>
  <w:num w:numId="2" w16cid:durableId="1545826795">
    <w:abstractNumId w:val="6"/>
  </w:num>
  <w:num w:numId="3" w16cid:durableId="1899394949">
    <w:abstractNumId w:val="5"/>
  </w:num>
  <w:num w:numId="4" w16cid:durableId="338314352">
    <w:abstractNumId w:val="4"/>
  </w:num>
  <w:num w:numId="5" w16cid:durableId="839540677">
    <w:abstractNumId w:val="7"/>
  </w:num>
  <w:num w:numId="6" w16cid:durableId="552813225">
    <w:abstractNumId w:val="3"/>
  </w:num>
  <w:num w:numId="7" w16cid:durableId="848523803">
    <w:abstractNumId w:val="2"/>
  </w:num>
  <w:num w:numId="8" w16cid:durableId="1153647132">
    <w:abstractNumId w:val="1"/>
  </w:num>
  <w:num w:numId="9" w16cid:durableId="1837766946">
    <w:abstractNumId w:val="0"/>
  </w:num>
  <w:num w:numId="10" w16cid:durableId="1425541148">
    <w:abstractNumId w:val="10"/>
  </w:num>
  <w:num w:numId="11" w16cid:durableId="91891026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C7D0D"/>
    <w:rsid w:val="00130530"/>
    <w:rsid w:val="0015074B"/>
    <w:rsid w:val="0029639D"/>
    <w:rsid w:val="00326F90"/>
    <w:rsid w:val="003B6FE6"/>
    <w:rsid w:val="007733C5"/>
    <w:rsid w:val="00845864"/>
    <w:rsid w:val="008C4E9D"/>
    <w:rsid w:val="00A34E90"/>
    <w:rsid w:val="00AA1D8D"/>
    <w:rsid w:val="00AB4F1E"/>
    <w:rsid w:val="00B47730"/>
    <w:rsid w:val="00CB0664"/>
    <w:rsid w:val="00DB4591"/>
    <w:rsid w:val="00DE7CE4"/>
    <w:rsid w:val="00EE1930"/>
    <w:rsid w:val="00EF254E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270FAC4"/>
  <w14:defaultImageDpi w14:val="300"/>
  <w15:docId w15:val="{5B136BDC-EAE2-4A45-8E04-3578B7801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ipercze">
    <w:name w:val="Hyperlink"/>
    <w:basedOn w:val="Domylnaczcionkaakapitu"/>
    <w:uiPriority w:val="99"/>
    <w:unhideWhenUsed/>
    <w:rsid w:val="00EE1930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B4F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iod@potegowo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643</Words>
  <Characters>3858</Characters>
  <Application>Microsoft Office Word</Application>
  <DocSecurity>0</DocSecurity>
  <Lines>32</Lines>
  <Paragraphs>8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4493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Urząd Gminy Potęgowo</cp:lastModifiedBy>
  <cp:revision>6</cp:revision>
  <cp:lastPrinted>2025-08-04T11:27:00Z</cp:lastPrinted>
  <dcterms:created xsi:type="dcterms:W3CDTF">2025-07-31T12:29:00Z</dcterms:created>
  <dcterms:modified xsi:type="dcterms:W3CDTF">2025-08-04T12:37:00Z</dcterms:modified>
  <cp:category/>
</cp:coreProperties>
</file>